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 w:val="0"/>
          <w:sz w:val="17"/>
        </w:rPr>
        <w:t>COMUNICATO STAMPA LOCALE</w:t>
      </w:r>
    </w:p>
    <w:p>
      <w:pPr>
        <w:pStyle w:val="Title"/>
      </w:pPr>
      <w:r>
        <w:t>Da Potenza arriva PsicologoMio for Business, il gestionale per gli studi di psicologia</w:t>
      </w:r>
    </w:p>
    <w:p>
      <w:r>
        <w:rPr>
          <w:b/>
        </w:rPr>
        <w:t>PRG COMETA, startup innovativa con sede nel capoluogo lucano, presenta il software per psicologi e psicoterapeuti. L’iniziativa di Benito Caggianese è partita nel 2025.</w:t>
      </w:r>
    </w:p>
    <w:p>
      <w:r>
        <w:rPr>
          <w:b w:val="0"/>
        </w:rPr>
        <w:t>Potenza, 19 ottobre 2026. È disponibile da inizio ottobre PsicologoMio for Business, il gestionale per studi di psicologia sviluppato da PRG COMETA S.R.L., startup innovativa con sede a Potenza. Il software si rivolge ai professionisti in tutta Italia.</w:t>
      </w:r>
    </w:p>
    <w:p>
      <w:r>
        <w:rPr>
          <w:b w:val="0"/>
        </w:rPr>
        <w:t>A iniziare il progetto, nel maggio 2025, è stato Benito Caggianese, giovane imprenditore e oggi amministratore unico della società. Lo sviluppo è partito prima della costituzione di PRG COMETA, avvenuta nel marzo 2026. A maggio la società è stata iscritta nella sezione speciale delle startup innovative.</w:t>
      </w:r>
    </w:p>
    <w:p>
      <w:r>
        <w:rPr>
          <w:b w:val="0"/>
        </w:rPr>
        <w:t>L’idea era offrire strumenti per organizzare lo studio con costi accessibili anche a chi comincia la professione. PsicologoMio for Business riunisce la gestione del lavoro e i servizi rivolti ai pazienti, come la presentazione del professionista e le richieste di appuntamento online.</w:t>
      </w:r>
    </w:p>
    <w:p>
      <w:pPr>
        <w:keepNext/>
      </w:pPr>
      <w:r>
        <w:rPr>
          <w:b w:val="0"/>
          <w:i/>
        </w:rPr>
        <w:t>«Una delle parti più complesse è stata costruire l’infrastruttura. Il gestionale tratta dati sanitari: abbiamo lavorato sulla sicurezza dei dati dei pazienti e dei professionisti insieme allo sviluppo delle funzioni.»</w:t>
      </w:r>
    </w:p>
    <w:p>
      <w:r>
        <w:rPr>
          <w:b w:val="0"/>
          <w:sz w:val="17"/>
        </w:rPr>
        <w:t>Benito Caggianese, amministratore unico di PRG COMETA S.R.L.</w:t>
      </w:r>
    </w:p>
    <w:p>
      <w:r>
        <w:rPr>
          <w:b w:val="0"/>
        </w:rPr>
        <w:t xml:space="preserve">Schede informative sulla società e sul prodotto, loghi e immagini sono disponibili su </w:t>
      </w:r>
      <w:hyperlink r:id="rId11">
        <w:r>
          <w:rPr>
            <w:color w:val="193C1A"/>
          </w:rPr>
          <w:t>https://business.psicologomio.it/press/</w:t>
        </w:r>
      </w:hyperlink>
      <w:r>
        <w:rPr>
          <w:b w:val="0"/>
        </w:rPr>
        <w:t>. Benito Caggianese è il referente per informazioni e richieste di intervista.</w:t>
      </w:r>
    </w:p>
    <w:p>
      <w:r>
        <w:rPr>
          <w:b w:val="0"/>
          <w:sz w:val="17"/>
        </w:rPr>
        <w:t>PRG COMETA S.R.L. è una startup innovativa con sede a Potenza che sviluppa software e prodotti digitali. PsicologoMio for Business è il suo gestionale per psicologi e psicoterapeuti.</w:t>
      </w:r>
    </w:p>
    <w:p>
      <w:pPr>
        <w:pStyle w:val="Heading1"/>
      </w:pPr>
      <w:r>
        <w:t>Contatti per la stampa</w:t>
      </w:r>
    </w:p>
    <w:p>
      <w:r>
        <w:rPr>
          <w:b w:val="0"/>
          <w:sz w:val="17"/>
        </w:rPr>
        <w:t>Benito Caggianese · Amministratore unico di PRG COMETA S.R.L.</w:t>
        <w:br/>
        <w:t>amministrazione@psicologomio.it · benito.caggianese@prgcometa.it</w:t>
        <w:br/>
      </w:r>
      <w:hyperlink r:id="rId12">
        <w:r>
          <w:rPr>
            <w:color w:val="193C1A"/>
          </w:rPr>
          <w:t>https://business.psicologomio.it</w:t>
        </w:r>
      </w:hyperlink>
      <w:r>
        <w:rPr>
          <w:b w:val="0"/>
          <w:sz w:val="17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02" w:right="1077" w:bottom="879" w:left="107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E6C60"/>
        <w:sz w:val="16"/>
      </w:rPr>
      <w:t xml:space="preserve">PRG COMETA · Sala stampa · Aggiornato il 19 ottobre 2026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60000" cy="6249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sicologomio-for-busine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249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213022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93C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93C1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usiness.psicologomio.it/press/" TargetMode="External"/><Relationship Id="rId12" Type="http://schemas.openxmlformats.org/officeDocument/2006/relationships/hyperlink" Target="https://business.psicologomio.i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Potenza arriva PsicologoMio for Business, il gestionale per gli studi di psicologia</dc:title>
  <dc:subject>Comunicato stampa locale</dc:subject>
  <dc:creator>PRG Cometa</dc:creator>
  <cp:keywords>PsicologoMio for Business, PRG Cometa, stampa</cp:keywords>
  <dc:description/>
  <cp:lastModifiedBy>PRG Cometa</cp:lastModifiedBy>
  <cp:revision>1</cp:revision>
  <dcterms:created xsi:type="dcterms:W3CDTF">2026-10-19T00:00:00Z</dcterms:created>
  <dcterms:modified xsi:type="dcterms:W3CDTF">2026-10-19T00:00:00Z</dcterms:modified>
  <cp:category/>
</cp:coreProperties>
</file>