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</w:pPr>
      <w:r>
        <w:rPr>
          <w:b w:val="0"/>
          <w:sz w:val="17"/>
        </w:rPr>
        <w:t>COMUNICATO STAMPA TECNOLOGIA</w:t>
      </w:r>
    </w:p>
    <w:p>
      <w:pPr>
        <w:pStyle w:val="Title"/>
      </w:pPr>
      <w:r>
        <w:t>PsicologoMio for Business: prenotazioni, pazienti e amministrazione in un gestionale per psicologi</w:t>
      </w:r>
    </w:p>
    <w:p>
      <w:r>
        <w:rPr>
          <w:b/>
        </w:rPr>
        <w:t>Il profilo pubblico e l’area pazienti affiancano gli strumenti per appuntamenti, documentazione clinica e fatturazione. Le richieste online sono soggette alla conferma del professionista.</w:t>
      </w:r>
    </w:p>
    <w:p>
      <w:r>
        <w:rPr>
          <w:b w:val="0"/>
        </w:rPr>
        <w:t>Potenza, 19 ottobre 2026. PsicologoMio for Business collega il profilo pubblico dello psicologo con le prenotazioni, l’attività dello studio e la gestione amministrativa. Il gestionale cloud di PRG COMETA S.R.L. è disponibile da inizio ottobre per psicologi e psicoterapeuti liberi professionisti.</w:t>
      </w:r>
    </w:p>
    <w:p>
      <w:r>
        <w:rPr>
          <w:b w:val="0"/>
        </w:rPr>
        <w:t>Il paziente può conoscere il professionista su psicologomio.it e inviare una richiesta di appuntamento a partire dalle prestazioni e dalle disponibilità pubblicate. La prenotazione non prevede commissioni ed è soggetta alla conferma dello psicologo.</w:t>
      </w:r>
    </w:p>
    <w:p>
      <w:r>
        <w:rPr>
          <w:b w:val="0"/>
        </w:rPr>
        <w:t>Al profilo pubblico si affianca un’area riservata, dalla quale il paziente consulta gli appuntamenti e i documenti condivisi dallo studio. Questi strumenti fanno parte dello stesso servizio usato dal professionista per organizzare il lavoro e seguire l’amministrazione.</w:t>
      </w:r>
    </w:p>
    <w:p>
      <w:r>
        <w:rPr>
          <w:b w:val="0"/>
        </w:rPr>
        <w:t>Il gestionale comprende anche promemoria WhatsApp, cartella clinica, consensi informati online e fatturazione.</w:t>
      </w:r>
    </w:p>
    <w:p>
      <w:r>
        <w:rPr>
          <w:b w:val="0"/>
        </w:rPr>
        <w:t xml:space="preserve">La scheda prodotto descrive le funzionalità disponibili e ne precisa il funzionamento. È scaricabile, insieme alle immagini della piattaforma, su </w:t>
      </w:r>
      <w:hyperlink r:id="rId11">
        <w:r>
          <w:rPr>
            <w:color w:val="193C1A"/>
          </w:rPr>
          <w:t>https://business.psicologomio.it/press/</w:t>
        </w:r>
      </w:hyperlink>
      <w:r>
        <w:rPr>
          <w:b w:val="0"/>
        </w:rPr>
        <w:t>.</w:t>
      </w:r>
    </w:p>
    <w:p>
      <w:r>
        <w:rPr>
          <w:b w:val="0"/>
          <w:sz w:val="17"/>
        </w:rPr>
        <w:t>PRG COMETA S.R.L. è una startup innovativa con sede a Potenza che sviluppa software e prodotti digitali. PsicologoMio for Business è il suo gestionale per psicologi e psicoterapeuti.</w:t>
      </w:r>
    </w:p>
    <w:p>
      <w:pPr>
        <w:pStyle w:val="Heading1"/>
      </w:pPr>
      <w:r>
        <w:t>Contatti per la stampa</w:t>
      </w:r>
    </w:p>
    <w:p>
      <w:r>
        <w:rPr>
          <w:b w:val="0"/>
          <w:sz w:val="17"/>
        </w:rPr>
        <w:t>Benito Caggianese · Amministratore unico di PRG COMETA S.R.L.</w:t>
        <w:br/>
        <w:t>amministrazione@psicologomio.it · benito.caggianese@prgcometa.it</w:t>
        <w:br/>
      </w:r>
      <w:hyperlink r:id="rId12">
        <w:r>
          <w:rPr>
            <w:color w:val="193C1A"/>
          </w:rPr>
          <w:t>https://business.psicologomio.it</w:t>
        </w:r>
      </w:hyperlink>
      <w:r>
        <w:rPr>
          <w:b w:val="0"/>
          <w:sz w:val="17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02" w:right="1077" w:bottom="879" w:left="1077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E6C60"/>
        <w:sz w:val="16"/>
      </w:rPr>
      <w:t xml:space="preserve">PRG COMETA · Sala stampa · Aggiornato il 19 ottobre 2026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60000" cy="62498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sicologomio-for-busine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62498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color w:val="213022"/>
      <w:sz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193C1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93C1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business.psicologomio.it/press/" TargetMode="External"/><Relationship Id="rId12" Type="http://schemas.openxmlformats.org/officeDocument/2006/relationships/hyperlink" Target="https://business.psicologomio.it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PsicologoMio for Business: prenotazioni, pazienti e amministrazione in un gestionale per psicologi</dc:title>
  <dc:subject>Comunicato stampa tecnologia</dc:subject>
  <dc:creator>PRG Cometa</dc:creator>
  <cp:keywords>PsicologoMio for Business, PRG Cometa, stampa</cp:keywords>
  <dc:description/>
  <cp:lastModifiedBy>PRG Cometa</cp:lastModifiedBy>
  <cp:revision>1</cp:revision>
  <dcterms:created xsi:type="dcterms:W3CDTF">2026-10-19T00:00:00Z</dcterms:created>
  <dcterms:modified xsi:type="dcterms:W3CDTF">2026-10-19T00:00:00Z</dcterms:modified>
  <cp:category/>
</cp:coreProperties>
</file>